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הבלשים של הטבע – כרזה מדעית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במשימת חקר ויצירת כרזה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תיעוד ונקודות עצירה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משתמשים במחוון להערכת תהליך ולא רק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כותבים 3 דברים שהם רואים ושאלה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יוצרים ומשפרים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כרזה עם הסבר בעל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המורה משתמשת ב-AI, להכנת התמונה וכרטיסי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בדף שעובדים בזוגות וקוראים כרטיס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לתיעוד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(מדבקה ביומן: ראיתי / שאלתי)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(מסמנים במרקר משפט שעזר)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(סקיצה בעיפרון ביומן)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(כתיבה מה שיניתי אחרי המשוב)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מתבוננים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יוצרים ומשפרים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שינוי אחד לפחות בעקבות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לציון מתבוננים וחוקרים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בלבד, ליצירת תמונה וכרטיסי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רגע שבו בודקים שהתלמיד סיים שלב לפני שממשיכים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אמיתית של כרזה כדי להמחיש את השלבים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המחוון בעל פה לפני שהתלמידים עונים על השאלות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בשלבים ובתיעוד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הבלשים של הטבע – כרזה מדעית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במשימת 'הבלשים של הטבע' התלמידים חוקרים קשר מעניין בטבע, כמו דבורה ופרח, ומציגים את מה שגילו בכרזה. המורה מעריכה את כל שלבי העבודה ולא רק את הכרזה הסופית.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רואים  ·  זוגות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התלמידים עושים בשלב 'מתבוננים'?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כותבים 3 דברים שהם רואים ושאלה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מציירים כרזה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מחפשים תשובה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שלב מקבלים משוב 'שני כוכבים ומשאלה'?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מתבוננים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יוצרים ומשפרים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התוצר הסופי של המשימה?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כרזה עם הסבר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חוברת כתובה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התלמידים משתמשים ב-AI בעצמם כדי ליצור את הכרזה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'חוקרים' התלמידים עובדים בזוגות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הראשון התלמידים כותבים 3 דברים שהם __________ ושאלה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'חוקרים' התלמידים עובדים ב__________ וקוראים כרטיס מידע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שלב לתיעוד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מתבוננים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כתיבה מה שיניתי אחרי המשוב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סקיצה בעיפרון ביומן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מתכננים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מסמנים במרקר משפט שעזר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יוצרים ומשפרים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מדבקה ביומן: ראיתי / שאלתי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מתבוננים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יוצרים ומשפרים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רפלקציה קצרה: מה הייתם משנים בכרזה שלכם אחרי משוב מחברים?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השלבים הראשונים במשימת הבלשים של הטבע?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משתמש ב-AI במשימה הזו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הבלשים של הטבע – כרזה מדעית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