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הבלשים של הטבע – כרזה מדעית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חקר ויצירת 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תיעוד ונקודות עצירה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במחוון להערכת תהליך ולא רק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כותבים 3 דברים שהם רואים ושאלה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המורה בעזרת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יוצרים ומשפרים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כרזה עם הסבר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דבורה ופרח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המורה משתמשת ב-AI, להכנת התמונה וכרטיסי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שעובדים בזוגות וקוראים כרטיס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ארבע קטגוריות: שאלת חקר, הסבר למה, תהליך ותיקון,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בשלבי העבודה של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גם עונים על שאלה מהכיתה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סקיצה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רמזור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(מדבקה ביומן: ראיתי / שאלתי)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(מסמנים במרקר משפט שעזר)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(סקיצה בעיפרון ביומן)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(כתיבה מה שיניתי אחרי המשוב)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(רמזור: מה למדתי ומה היה 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מתבוננים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יוצרים ומשפרים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מציגים ומשקפים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עם שאלת חקר רלוונטית לקשר בטבע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שינוי אחד לפחות בעקבות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לציון מתבוננים וחוקרים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בלבד, ליצירת תמונה וכרטיסי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שבו בודקים שהתלמיד סיים שלב לפני שממשיכים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של כרזה כדי להמחיש את השלבים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המחוון בעל פה לפני שהתלמידים עונים על השאלות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בשלבים ובתיעוד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הבלשים של הטבע – כרזה מדעית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במשימת 'הבלשים של הטבע' התלמידים חוקרים קשר מעניין בטבע, כמו דבורה ופרח, ומציגים את מה שגילו בכרזה. המורה מעריכה את כל שלבי העבודה ולא רק את הכרזה הסופית.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התלמידים עושים בשלב 'מתבוננים'?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3 דברים שהם רואים ושאלה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כרזה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מחפשים תשובה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מציגים לפני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יוצר את התמונה ואת כרטיסי המידע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בעזרת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התלמידים בעזרת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התלמידים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הורי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שלב מקבלים משוב 'שני כוכבים ומשאלה'?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מתבוננים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יוצרים ומשפרים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מציגים ומשקפים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נקודות במחוון מוקצות לקטגוריית 'הסבר למה'?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התוצר הסופי של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כרזה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חוברת כתובה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מצגת שקופיות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קשר בטבע מוזכר כדוגמה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דבורה ופרח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 וחתול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 וירח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ואבן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משתמשים ב-AI בעצמם כדי ליצור את הכרזה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'חוקרים' התלמידים עובדים בזוגות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כולל רק קטגוריה אחת להערכה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העצירה בשלב 'מתכננים' היא אישור הסקיצה לפני צבע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התלמידים רק מציגים ולא עונים על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הראשון התלמידים כותבים 3 דברים שהם __________ ושאלה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'חוקרים' התלמידים עובדים ב__________ וקוראים כרטיס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'מתכננים' משרטטים __________ לכרזה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המשוב מקבוצה אחרת נקרא 'שני כוכבים ו__________'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התלמידים משקפים באמצעות __________ שמראה מה למדתי ומה היה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מתבוננים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מסמנים במרקר משפט שעזר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סקיצה בעיפרון ביומן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 מה שיניתי אחרי המשוב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יוצרים ומשפרים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רמזור: מה למדתי ומה היה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מציגים ומשקפים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מדבקה ביומן: ראיתי / שאלתי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יוצרים ומשפרים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ומשקפים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מתבוננים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קשר אחר בטבע, למשל ציפור וקן או שמש וצמח, ותארו שאלה אחת שהייתם שואלים בשלב המתבוננים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רפלקציה קצרה: מה הייתם משנים בכרזה שלכם אחרי משוב מחברים?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השלבים הראשונים במשימת הבלשים של הטבע?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משתמש ב-AI במשימה הזו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נקודת עצירה ולמה היא חשובה?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הבלשים של הטבע – כרזה מדעית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